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EF297" w14:textId="77777777" w:rsidR="00097069" w:rsidRDefault="00097069" w:rsidP="00097069">
      <w:pPr>
        <w:jc w:val="right"/>
      </w:pPr>
    </w:p>
    <w:p w14:paraId="76CD4DD7" w14:textId="154BA3D0" w:rsidR="008636E6" w:rsidRPr="00097069" w:rsidRDefault="00097069" w:rsidP="00097069">
      <w:pPr>
        <w:jc w:val="center"/>
        <w:rPr>
          <w:b/>
          <w:sz w:val="24"/>
        </w:rPr>
      </w:pPr>
      <w:r w:rsidRPr="00097069">
        <w:rPr>
          <w:b/>
          <w:sz w:val="24"/>
        </w:rPr>
        <w:t xml:space="preserve">                                                                                               </w:t>
      </w:r>
      <w:r>
        <w:rPr>
          <w:b/>
          <w:sz w:val="24"/>
        </w:rPr>
        <w:t xml:space="preserve">               </w:t>
      </w:r>
      <w:r w:rsidR="000C0C7C">
        <w:rPr>
          <w:b/>
          <w:sz w:val="24"/>
        </w:rPr>
        <w:t xml:space="preserve">                               </w:t>
      </w:r>
      <w:r w:rsidRPr="00097069">
        <w:rPr>
          <w:b/>
          <w:sz w:val="24"/>
        </w:rPr>
        <w:t xml:space="preserve">Fecha    </w:t>
      </w:r>
      <w:r>
        <w:rPr>
          <w:b/>
          <w:sz w:val="24"/>
        </w:rPr>
        <w:t xml:space="preserve">  </w:t>
      </w:r>
      <w:r w:rsidRPr="00097069">
        <w:rPr>
          <w:b/>
          <w:sz w:val="24"/>
        </w:rPr>
        <w:t xml:space="preserve">  /   </w:t>
      </w:r>
      <w:r>
        <w:rPr>
          <w:b/>
          <w:sz w:val="24"/>
        </w:rPr>
        <w:t xml:space="preserve">  </w:t>
      </w:r>
      <w:r w:rsidRPr="00097069">
        <w:rPr>
          <w:b/>
          <w:sz w:val="24"/>
        </w:rPr>
        <w:t xml:space="preserve">   /</w:t>
      </w:r>
    </w:p>
    <w:p w14:paraId="7BB50F63" w14:textId="4A803FDD" w:rsidR="007A4120" w:rsidRDefault="007A4120" w:rsidP="007A4120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2469D" wp14:editId="044B2713">
                <wp:simplePos x="0" y="0"/>
                <wp:positionH relativeFrom="column">
                  <wp:posOffset>53340</wp:posOffset>
                </wp:positionH>
                <wp:positionV relativeFrom="paragraph">
                  <wp:posOffset>121920</wp:posOffset>
                </wp:positionV>
                <wp:extent cx="5638800" cy="876300"/>
                <wp:effectExtent l="0" t="0" r="19050" b="19050"/>
                <wp:wrapNone/>
                <wp:docPr id="195148080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EC1D1C" w14:textId="320E9AD0" w:rsidR="007A4120" w:rsidRPr="000C0C7C" w:rsidRDefault="007A4120" w:rsidP="007A4120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C0C7C">
                              <w:rPr>
                                <w:sz w:val="44"/>
                                <w:szCs w:val="44"/>
                              </w:rPr>
                              <w:t>Formulario de Solicitud de Material</w:t>
                            </w:r>
                          </w:p>
                          <w:p w14:paraId="5C84B5CA" w14:textId="079C5EC3" w:rsidR="007A4120" w:rsidRPr="000C0C7C" w:rsidRDefault="007A4120" w:rsidP="007A4120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C0C7C">
                              <w:rPr>
                                <w:sz w:val="44"/>
                                <w:szCs w:val="44"/>
                              </w:rPr>
                              <w:t>Acción Comunitaria</w:t>
                            </w:r>
                          </w:p>
                          <w:p w14:paraId="1D5A7B53" w14:textId="77777777" w:rsidR="007A4120" w:rsidRDefault="007A41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2469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4.2pt;margin-top:9.6pt;width:444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" fillcolor="white [3201]" strokeweight=".5pt">
                <v:textbox>
                  <w:txbxContent>
                    <w:p w14:paraId="14EC1D1C" w14:textId="320E9AD0" w:rsidR="007A4120" w:rsidRPr="000C0C7C" w:rsidRDefault="007A4120" w:rsidP="007A4120">
                      <w:pPr>
                        <w:pStyle w:val="Ttulo1"/>
                        <w:spacing w:before="0" w:line="240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 w:rsidRPr="000C0C7C">
                        <w:rPr>
                          <w:sz w:val="44"/>
                          <w:szCs w:val="44"/>
                        </w:rPr>
                        <w:t>Formulario de Solicitud de Material</w:t>
                      </w:r>
                    </w:p>
                    <w:p w14:paraId="5C84B5CA" w14:textId="079C5EC3" w:rsidR="007A4120" w:rsidRPr="000C0C7C" w:rsidRDefault="007A4120" w:rsidP="007A4120">
                      <w:pPr>
                        <w:pStyle w:val="Ttulo1"/>
                        <w:spacing w:before="0" w:line="240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 w:rsidRPr="000C0C7C">
                        <w:rPr>
                          <w:sz w:val="44"/>
                          <w:szCs w:val="44"/>
                        </w:rPr>
                        <w:t>Acción Comunitaria</w:t>
                      </w:r>
                    </w:p>
                    <w:p w14:paraId="1D5A7B53" w14:textId="77777777" w:rsidR="007A4120" w:rsidRDefault="007A4120"/>
                  </w:txbxContent>
                </v:textbox>
              </v:shape>
            </w:pict>
          </mc:Fallback>
        </mc:AlternateContent>
      </w:r>
    </w:p>
    <w:p w14:paraId="0BE08CB9" w14:textId="0C62EF3A" w:rsidR="007A4120" w:rsidRDefault="007A4120" w:rsidP="007A4120"/>
    <w:p w14:paraId="0A1A75A2" w14:textId="77777777" w:rsidR="007A4120" w:rsidRDefault="007A4120" w:rsidP="007A4120"/>
    <w:p w14:paraId="19B29C98" w14:textId="77777777" w:rsidR="007A4120" w:rsidRPr="007A4120" w:rsidRDefault="007A4120" w:rsidP="007A4120"/>
    <w:p w14:paraId="3477D92A" w14:textId="77777777" w:rsidR="000C0C7C" w:rsidRDefault="000C0C7C">
      <w:pPr>
        <w:rPr>
          <w:b/>
          <w:sz w:val="24"/>
        </w:rPr>
      </w:pPr>
    </w:p>
    <w:p w14:paraId="7959DE0D" w14:textId="357A6B6C" w:rsidR="00BC1AE0" w:rsidRPr="007201C0" w:rsidRDefault="00AB49B7">
      <w:pPr>
        <w:rPr>
          <w:b/>
          <w:sz w:val="24"/>
        </w:rPr>
      </w:pPr>
      <w:r w:rsidRPr="007201C0">
        <w:rPr>
          <w:b/>
          <w:sz w:val="24"/>
        </w:rPr>
        <w:t>Por favor, lea detenidamente las condiciones para el préstamo del material antes de completar este formulario:</w:t>
      </w:r>
    </w:p>
    <w:p w14:paraId="6F082B05" w14:textId="1A717C06" w:rsidR="00345637" w:rsidRDefault="00AB49B7" w:rsidP="00345637">
      <w:pPr>
        <w:jc w:val="both"/>
      </w:pPr>
      <w:r>
        <w:t>-El material debe solicitarse con al menos 10 días de anticipación a la fecha de la actividad.</w:t>
      </w:r>
      <w:r>
        <w:br/>
        <w:t xml:space="preserve">-El traslado del material </w:t>
      </w:r>
      <w:r w:rsidR="00345637">
        <w:t>deberá ser</w:t>
      </w:r>
      <w:r>
        <w:t xml:space="preserve"> por cuenta del</w:t>
      </w:r>
      <w:r w:rsidR="00345637">
        <w:t xml:space="preserve"> </w:t>
      </w:r>
      <w:r>
        <w:t>profesional solicitante.</w:t>
      </w:r>
      <w:r>
        <w:br/>
        <w:t>-En caso de rotura o pérdida del material, el profesional deberá reponerlo.</w:t>
      </w:r>
      <w:r>
        <w:br/>
        <w:t>-El h</w:t>
      </w:r>
      <w:r w:rsidR="008636E6">
        <w:t>orario de retiro es de 9 a 14 horas</w:t>
      </w:r>
      <w:r>
        <w:br/>
        <w:t xml:space="preserve">-Si el profesional no puede asistir personalmente, </w:t>
      </w:r>
      <w:r w:rsidR="007A4120">
        <w:t>la persona a retirar</w:t>
      </w:r>
      <w:r>
        <w:t xml:space="preserve"> deberá presentar una autorización con firma y sello del profesional.</w:t>
      </w:r>
    </w:p>
    <w:p w14:paraId="3D514D97" w14:textId="5B01CC51" w:rsidR="00345637" w:rsidRDefault="00345637" w:rsidP="00345637">
      <w:pPr>
        <w:jc w:val="both"/>
      </w:pPr>
      <w:r>
        <w:t xml:space="preserve">-El profesional deberá enviar fotografías de la Acción Comunitaria realizada al correo electrónico de la comisión </w:t>
      </w:r>
      <w:hyperlink r:id="rId8" w:history="1">
        <w:r w:rsidRPr="00532A37">
          <w:rPr>
            <w:rStyle w:val="Hipervnculo"/>
          </w:rPr>
          <w:t>accioncomunitaria@colodontcba.org.ar</w:t>
        </w:r>
      </w:hyperlink>
      <w:r>
        <w:t xml:space="preserve"> </w:t>
      </w:r>
    </w:p>
    <w:p w14:paraId="696CF45D" w14:textId="575F87E7" w:rsidR="00BC1AE0" w:rsidRPr="007201C0" w:rsidRDefault="007A4120">
      <w:pPr>
        <w:rPr>
          <w:b/>
          <w:sz w:val="24"/>
        </w:rPr>
      </w:pPr>
      <w:r w:rsidRPr="007201C0">
        <w:rPr>
          <w:rFonts w:ascii="Segoe UI Symbol" w:hAnsi="Segoe UI Symbol" w:cs="Segoe UI Symbol"/>
          <w:b/>
          <w:sz w:val="24"/>
        </w:rPr>
        <w:t>☐</w:t>
      </w:r>
      <w:r w:rsidRPr="007201C0">
        <w:rPr>
          <w:b/>
          <w:sz w:val="24"/>
        </w:rPr>
        <w:t xml:space="preserve"> Acepto</w:t>
      </w:r>
      <w:r w:rsidR="00AB49B7" w:rsidRPr="007201C0">
        <w:rPr>
          <w:b/>
          <w:sz w:val="24"/>
        </w:rPr>
        <w:t xml:space="preserve"> las condiciones del préstamo.</w:t>
      </w:r>
    </w:p>
    <w:p w14:paraId="59DF3D86" w14:textId="77777777" w:rsidR="007A4120" w:rsidRDefault="007A4120">
      <w:pPr>
        <w:pStyle w:val="Ttulo2"/>
        <w:rPr>
          <w:sz w:val="40"/>
        </w:rPr>
      </w:pPr>
    </w:p>
    <w:p w14:paraId="15EA7474" w14:textId="77777777" w:rsidR="007A4120" w:rsidRDefault="007A4120" w:rsidP="007A4120"/>
    <w:p w14:paraId="4886CA6D" w14:textId="77777777" w:rsidR="007A4120" w:rsidRPr="007A4120" w:rsidRDefault="007A4120" w:rsidP="007A4120"/>
    <w:p w14:paraId="76F2ACF9" w14:textId="77777777" w:rsidR="007A4120" w:rsidRDefault="007A4120">
      <w:pPr>
        <w:pStyle w:val="Ttulo2"/>
        <w:rPr>
          <w:sz w:val="40"/>
        </w:rPr>
      </w:pPr>
    </w:p>
    <w:p w14:paraId="56453BF8" w14:textId="77777777" w:rsidR="007A4120" w:rsidRDefault="007A4120">
      <w:pPr>
        <w:pStyle w:val="Ttulo2"/>
        <w:rPr>
          <w:sz w:val="40"/>
        </w:rPr>
      </w:pPr>
    </w:p>
    <w:p w14:paraId="45FD34E7" w14:textId="77777777" w:rsidR="007A4120" w:rsidRDefault="007A4120">
      <w:pPr>
        <w:pStyle w:val="Ttulo2"/>
        <w:rPr>
          <w:sz w:val="40"/>
        </w:rPr>
      </w:pPr>
    </w:p>
    <w:p w14:paraId="3618D517" w14:textId="77777777" w:rsidR="007A4120" w:rsidRDefault="007A4120">
      <w:pPr>
        <w:pStyle w:val="Ttulo2"/>
        <w:rPr>
          <w:sz w:val="40"/>
        </w:rPr>
      </w:pPr>
    </w:p>
    <w:p w14:paraId="12BAE35A" w14:textId="77777777" w:rsidR="007A4120" w:rsidRDefault="007A4120">
      <w:pPr>
        <w:pStyle w:val="Ttulo2"/>
        <w:rPr>
          <w:sz w:val="40"/>
        </w:rPr>
      </w:pPr>
    </w:p>
    <w:p w14:paraId="13E77F89" w14:textId="71B39DD5" w:rsidR="00BC1AE0" w:rsidRPr="000C0C7C" w:rsidRDefault="00AB49B7">
      <w:pPr>
        <w:pStyle w:val="Ttulo2"/>
        <w:rPr>
          <w:sz w:val="36"/>
          <w:szCs w:val="36"/>
        </w:rPr>
      </w:pPr>
      <w:r w:rsidRPr="000C0C7C">
        <w:rPr>
          <w:sz w:val="36"/>
          <w:szCs w:val="36"/>
        </w:rPr>
        <w:t>Datos Importantes</w:t>
      </w:r>
    </w:p>
    <w:p w14:paraId="331465E4" w14:textId="77777777" w:rsidR="00097069" w:rsidRDefault="00AB49B7">
      <w:r>
        <w:t>Nombre y localidad de la institución o establecimiento donde se realizará la actividad:</w:t>
      </w:r>
    </w:p>
    <w:p w14:paraId="30959B5E" w14:textId="22552544" w:rsidR="00BC1AE0" w:rsidRDefault="00AB49B7">
      <w:r>
        <w:t>.......................................................................................</w:t>
      </w:r>
    </w:p>
    <w:p w14:paraId="7676402F" w14:textId="77777777" w:rsidR="00BC1AE0" w:rsidRDefault="00AB49B7">
      <w:r>
        <w:t>Nombre, apellido y matrícula del profesional odontólogo responsable de la actividad:</w:t>
      </w:r>
    </w:p>
    <w:p w14:paraId="31893F84" w14:textId="433FDC37" w:rsidR="00BC1AE0" w:rsidRDefault="00AB49B7">
      <w:r>
        <w:t>.......................................................................................</w:t>
      </w:r>
    </w:p>
    <w:p w14:paraId="795668EA" w14:textId="77777777" w:rsidR="006272B4" w:rsidRDefault="006272B4" w:rsidP="006272B4">
      <w:r>
        <w:t>Localidad o Ciudad pertenece el profesional odontólogo responsable de la actividad:</w:t>
      </w:r>
    </w:p>
    <w:p w14:paraId="0303E188" w14:textId="11DA1501" w:rsidR="006272B4" w:rsidRDefault="006272B4">
      <w:r>
        <w:t>.......................................................................................</w:t>
      </w:r>
    </w:p>
    <w:p w14:paraId="46EFD015" w14:textId="77777777" w:rsidR="00BC1AE0" w:rsidRDefault="00AB49B7">
      <w:r>
        <w:t>Teléfono y correo electrónico de contacto del profesional odontólogo:</w:t>
      </w:r>
    </w:p>
    <w:p w14:paraId="790E9FE0" w14:textId="1B462F6B" w:rsidR="00BC1AE0" w:rsidRDefault="00AB49B7">
      <w:r>
        <w:t>.......................................................................................</w:t>
      </w:r>
    </w:p>
    <w:p w14:paraId="41185AF2" w14:textId="77777777" w:rsidR="00BC1AE0" w:rsidRDefault="00AB49B7">
      <w:r>
        <w:t>Fecha de realización de la actividad:</w:t>
      </w:r>
    </w:p>
    <w:p w14:paraId="5E65D871" w14:textId="14D20CA0" w:rsidR="00BC1AE0" w:rsidRDefault="00AB49B7">
      <w:r>
        <w:t>.......................................................................................</w:t>
      </w:r>
    </w:p>
    <w:p w14:paraId="042D61CA" w14:textId="77777777" w:rsidR="00BC1AE0" w:rsidRDefault="00AB49B7">
      <w:r>
        <w:t>¿Incluirá controles bucodentales durante la campaña? (Tache lo que no corresponda):</w:t>
      </w:r>
    </w:p>
    <w:p w14:paraId="504294B6" w14:textId="593B2300" w:rsidR="007A4120" w:rsidRPr="007A4120" w:rsidRDefault="00AB49B7" w:rsidP="007A4120">
      <w:r>
        <w:rPr>
          <w:rFonts w:ascii="Segoe UI Symbol" w:hAnsi="Segoe UI Symbol" w:cs="Segoe UI Symbol"/>
        </w:rPr>
        <w:t>☐</w:t>
      </w:r>
      <w:r>
        <w:t xml:space="preserve"> Sí      </w:t>
      </w:r>
      <w:r>
        <w:rPr>
          <w:rFonts w:ascii="Segoe UI Symbol" w:hAnsi="Segoe UI Symbol" w:cs="Segoe UI Symbol"/>
        </w:rPr>
        <w:t>☐</w:t>
      </w:r>
      <w:r>
        <w:t xml:space="preserve"> No</w:t>
      </w:r>
    </w:p>
    <w:p w14:paraId="082DFF5A" w14:textId="77777777" w:rsidR="004F71EE" w:rsidRDefault="004F71EE">
      <w:pPr>
        <w:pStyle w:val="Ttulo2"/>
        <w:rPr>
          <w:sz w:val="32"/>
          <w:szCs w:val="32"/>
        </w:rPr>
      </w:pPr>
    </w:p>
    <w:p w14:paraId="768D6DE1" w14:textId="77777777" w:rsidR="004F71EE" w:rsidRDefault="004F71EE">
      <w:pPr>
        <w:pStyle w:val="Ttulo2"/>
        <w:rPr>
          <w:sz w:val="32"/>
          <w:szCs w:val="32"/>
        </w:rPr>
      </w:pPr>
    </w:p>
    <w:p w14:paraId="0AB357E8" w14:textId="67A9C23C" w:rsidR="00BC1AE0" w:rsidRPr="000C0C7C" w:rsidRDefault="00AB49B7">
      <w:pPr>
        <w:pStyle w:val="Ttulo2"/>
        <w:rPr>
          <w:sz w:val="32"/>
          <w:szCs w:val="32"/>
        </w:rPr>
      </w:pPr>
      <w:r w:rsidRPr="000C0C7C">
        <w:rPr>
          <w:sz w:val="32"/>
          <w:szCs w:val="32"/>
        </w:rPr>
        <w:t>Materiales Didácticos</w:t>
      </w:r>
    </w:p>
    <w:p w14:paraId="1D4013E2" w14:textId="77777777" w:rsidR="00BC1AE0" w:rsidRPr="007A4120" w:rsidRDefault="00AB49B7">
      <w:pPr>
        <w:rPr>
          <w:b/>
        </w:rPr>
      </w:pPr>
      <w:r w:rsidRPr="007A4120">
        <w:rPr>
          <w:b/>
        </w:rPr>
        <w:t>Juegos (marque los que desea solicitar):</w:t>
      </w:r>
    </w:p>
    <w:p w14:paraId="3E478C35" w14:textId="1F1DEA30" w:rsidR="00BC1AE0" w:rsidRPr="007A4120" w:rsidRDefault="000C0C7C">
      <w:r w:rsidRPr="007A4120">
        <w:rPr>
          <w:rFonts w:ascii="Segoe UI Symbol" w:hAnsi="Segoe UI Symbol" w:cs="Segoe UI Symbol"/>
        </w:rPr>
        <w:t>☐</w:t>
      </w:r>
      <w:r w:rsidRPr="007A4120">
        <w:t xml:space="preserve"> Rompecabezas</w:t>
      </w:r>
      <w:r w:rsidR="00AB49B7" w:rsidRPr="007A4120">
        <w:t xml:space="preserve"> (12 piezas)</w:t>
      </w:r>
    </w:p>
    <w:p w14:paraId="59DAB58E" w14:textId="3DCEB934" w:rsidR="00BC1AE0" w:rsidRPr="007A4120" w:rsidRDefault="000C0C7C">
      <w:r w:rsidRPr="007A4120">
        <w:rPr>
          <w:rFonts w:ascii="Segoe UI Symbol" w:hAnsi="Segoe UI Symbol" w:cs="Segoe UI Symbol"/>
        </w:rPr>
        <w:t>☐</w:t>
      </w:r>
      <w:r w:rsidRPr="007A4120">
        <w:t xml:space="preserve"> Dominó</w:t>
      </w:r>
      <w:r w:rsidR="00AB49B7" w:rsidRPr="007A4120">
        <w:t xml:space="preserve"> (24 piezas)</w:t>
      </w:r>
    </w:p>
    <w:p w14:paraId="3673DC6E" w14:textId="6E6E073C" w:rsidR="00BC1AE0" w:rsidRPr="007A4120" w:rsidRDefault="000C0C7C">
      <w:r w:rsidRPr="007A4120">
        <w:rPr>
          <w:rFonts w:ascii="Segoe UI Symbol" w:hAnsi="Segoe UI Symbol" w:cs="Segoe UI Symbol"/>
        </w:rPr>
        <w:t>☐</w:t>
      </w:r>
      <w:r w:rsidRPr="007A4120">
        <w:t xml:space="preserve"> Memotec</w:t>
      </w:r>
      <w:r w:rsidR="00AB49B7" w:rsidRPr="007A4120">
        <w:t xml:space="preserve"> (12 piezas)</w:t>
      </w:r>
    </w:p>
    <w:p w14:paraId="15DC4B9E" w14:textId="59CE32DA" w:rsidR="00BC1AE0" w:rsidRPr="007A4120" w:rsidRDefault="000C0C7C">
      <w:r w:rsidRPr="007A4120">
        <w:rPr>
          <w:rFonts w:ascii="Segoe UI Symbol" w:hAnsi="Segoe UI Symbol" w:cs="Segoe UI Symbol"/>
        </w:rPr>
        <w:t>☐</w:t>
      </w:r>
      <w:r w:rsidRPr="007A4120">
        <w:t xml:space="preserve"> Twitter</w:t>
      </w:r>
    </w:p>
    <w:p w14:paraId="3F4DB634" w14:textId="2E07C8BB" w:rsidR="00BC1AE0" w:rsidRPr="007A4120" w:rsidRDefault="000C0C7C">
      <w:r w:rsidRPr="007A4120">
        <w:rPr>
          <w:rFonts w:ascii="Segoe UI Symbol" w:hAnsi="Segoe UI Symbol" w:cs="Segoe UI Symbol"/>
        </w:rPr>
        <w:t>☐</w:t>
      </w:r>
      <w:r w:rsidRPr="007A4120">
        <w:t xml:space="preserve"> Rosco</w:t>
      </w:r>
      <w:r w:rsidR="00AB49B7" w:rsidRPr="007A4120">
        <w:t xml:space="preserve"> de preguntas de salud bucal</w:t>
      </w:r>
    </w:p>
    <w:p w14:paraId="2353BF83" w14:textId="3D6A2AFD" w:rsidR="00BC1AE0" w:rsidRPr="007A4120" w:rsidRDefault="000C0C7C">
      <w:r w:rsidRPr="007A4120">
        <w:rPr>
          <w:rFonts w:ascii="Segoe UI Symbol" w:hAnsi="Segoe UI Symbol" w:cs="Segoe UI Symbol"/>
        </w:rPr>
        <w:t>☐</w:t>
      </w:r>
      <w:r w:rsidRPr="007A4120">
        <w:t xml:space="preserve"> Modelo</w:t>
      </w:r>
      <w:r w:rsidR="00AB49B7" w:rsidRPr="007A4120">
        <w:t xml:space="preserve"> de bocas</w:t>
      </w:r>
    </w:p>
    <w:p w14:paraId="5EE6B72A" w14:textId="773B54EA" w:rsidR="00BC1AE0" w:rsidRPr="007A4120" w:rsidRDefault="000C0C7C">
      <w:r w:rsidRPr="007A4120">
        <w:rPr>
          <w:rFonts w:ascii="Segoe UI Symbol" w:hAnsi="Segoe UI Symbol" w:cs="Segoe UI Symbol"/>
        </w:rPr>
        <w:t>☐</w:t>
      </w:r>
      <w:r w:rsidRPr="007A4120">
        <w:t xml:space="preserve"> Fotoemoji</w:t>
      </w:r>
      <w:r w:rsidR="00AB49B7" w:rsidRPr="007A4120">
        <w:t xml:space="preserve"> para selfies</w:t>
      </w:r>
    </w:p>
    <w:p w14:paraId="540DB766" w14:textId="3148FEB3" w:rsidR="00BC1AE0" w:rsidRPr="007A4120" w:rsidRDefault="000C0C7C">
      <w:r w:rsidRPr="007A4120">
        <w:rPr>
          <w:rFonts w:ascii="Segoe UI Symbol" w:hAnsi="Segoe UI Symbol" w:cs="Segoe UI Symbol"/>
        </w:rPr>
        <w:t>☐</w:t>
      </w:r>
      <w:r w:rsidRPr="007A4120">
        <w:t xml:space="preserve"> Juego</w:t>
      </w:r>
      <w:r w:rsidR="00AB49B7" w:rsidRPr="007A4120">
        <w:t xml:space="preserve"> de preguntas sobre educación en ITS</w:t>
      </w:r>
    </w:p>
    <w:p w14:paraId="2D41A889" w14:textId="658A6772" w:rsidR="00BC1AE0" w:rsidRPr="007A4120" w:rsidRDefault="000C0C7C">
      <w:r w:rsidRPr="007A4120">
        <w:rPr>
          <w:rFonts w:ascii="Segoe UI Symbol" w:hAnsi="Segoe UI Symbol" w:cs="Segoe UI Symbol"/>
        </w:rPr>
        <w:t>☐</w:t>
      </w:r>
      <w:r w:rsidRPr="007A4120">
        <w:t xml:space="preserve"> Gigantografías</w:t>
      </w:r>
      <w:r w:rsidR="00AB49B7" w:rsidRPr="007A4120">
        <w:t xml:space="preserve"> o paneles para sacarse fotos</w:t>
      </w:r>
    </w:p>
    <w:p w14:paraId="41D55326" w14:textId="308269C4" w:rsidR="007C2848" w:rsidRPr="007A4120" w:rsidRDefault="000C0C7C">
      <w:r w:rsidRPr="007A4120">
        <w:rPr>
          <w:rFonts w:ascii="Segoe UI Symbol" w:hAnsi="Segoe UI Symbol" w:cs="Segoe UI Symbol"/>
        </w:rPr>
        <w:t>☐</w:t>
      </w:r>
      <w:r w:rsidRPr="007A4120">
        <w:t xml:space="preserve"> Juego</w:t>
      </w:r>
      <w:r w:rsidR="00AB49B7" w:rsidRPr="007A4120">
        <w:t xml:space="preserve"> de la oca (29 piezas)</w:t>
      </w:r>
    </w:p>
    <w:p w14:paraId="2FE3B5DE" w14:textId="77777777" w:rsidR="00BC1AE0" w:rsidRPr="000C0C7C" w:rsidRDefault="00AB49B7">
      <w:pPr>
        <w:pStyle w:val="Ttulo2"/>
        <w:rPr>
          <w:sz w:val="36"/>
          <w:szCs w:val="36"/>
        </w:rPr>
      </w:pPr>
      <w:r w:rsidRPr="000C0C7C">
        <w:rPr>
          <w:sz w:val="36"/>
          <w:szCs w:val="36"/>
        </w:rPr>
        <w:t>Disfraces</w:t>
      </w:r>
    </w:p>
    <w:p w14:paraId="4DC4D00D" w14:textId="3ED8EB06" w:rsidR="00BC1AE0" w:rsidRPr="007A4120" w:rsidRDefault="00AB49B7">
      <w:r w:rsidRPr="007A4120">
        <w:t xml:space="preserve">☐ La familia </w:t>
      </w:r>
      <w:r w:rsidR="007A4120" w:rsidRPr="007A4120">
        <w:t>dentadura (obra de teatro)</w:t>
      </w:r>
    </w:p>
    <w:p w14:paraId="3101198B" w14:textId="70AE9274" w:rsidR="007C2848" w:rsidRPr="007A4120" w:rsidRDefault="00AB49B7">
      <w:r w:rsidRPr="007A4120">
        <w:t xml:space="preserve">☐ Así me cuido </w:t>
      </w:r>
      <w:r w:rsidR="007A4120" w:rsidRPr="007A4120">
        <w:t>yo (canción)</w:t>
      </w:r>
    </w:p>
    <w:p w14:paraId="123DB746" w14:textId="77777777" w:rsidR="00BC1AE0" w:rsidRPr="000C0C7C" w:rsidRDefault="00AB49B7">
      <w:pPr>
        <w:pStyle w:val="Ttulo2"/>
        <w:rPr>
          <w:sz w:val="36"/>
          <w:szCs w:val="36"/>
        </w:rPr>
      </w:pPr>
      <w:r w:rsidRPr="000C0C7C">
        <w:rPr>
          <w:sz w:val="36"/>
          <w:szCs w:val="36"/>
        </w:rPr>
        <w:t>Botiquín</w:t>
      </w:r>
    </w:p>
    <w:p w14:paraId="64ACC0BC" w14:textId="77777777" w:rsidR="00BC1AE0" w:rsidRPr="007A4120" w:rsidRDefault="00AB49B7">
      <w:r w:rsidRPr="007A4120">
        <w:t>Se entregan solo en actividades de prevención de traumatismos y uso de protectores bucales. Un kit por institución.</w:t>
      </w:r>
    </w:p>
    <w:p w14:paraId="3E3222C7" w14:textId="1C27AEA3" w:rsidR="007C2848" w:rsidRPr="007A4120" w:rsidRDefault="000C0C7C">
      <w:r w:rsidRPr="007A4120">
        <w:rPr>
          <w:rFonts w:ascii="Segoe UI Symbol" w:hAnsi="Segoe UI Symbol" w:cs="Segoe UI Symbol"/>
        </w:rPr>
        <w:t>☐</w:t>
      </w:r>
      <w:r w:rsidRPr="007A4120">
        <w:t xml:space="preserve"> Kit</w:t>
      </w:r>
      <w:r w:rsidR="00AB49B7" w:rsidRPr="007A4120">
        <w:t xml:space="preserve"> de traumatismos</w:t>
      </w:r>
    </w:p>
    <w:p w14:paraId="44901DC6" w14:textId="1A98C57F" w:rsidR="004F71EE" w:rsidRDefault="004F71EE">
      <w:pPr>
        <w:pStyle w:val="Ttulo2"/>
        <w:rPr>
          <w:sz w:val="36"/>
          <w:szCs w:val="36"/>
        </w:rPr>
      </w:pPr>
    </w:p>
    <w:p w14:paraId="71DD58AC" w14:textId="77777777" w:rsidR="004F71EE" w:rsidRPr="004F71EE" w:rsidRDefault="004F71EE" w:rsidP="004F71EE"/>
    <w:p w14:paraId="246CFCD8" w14:textId="57752819" w:rsidR="00BC1AE0" w:rsidRPr="008B5ACE" w:rsidRDefault="00AB49B7">
      <w:pPr>
        <w:pStyle w:val="Ttulo2"/>
        <w:rPr>
          <w:sz w:val="32"/>
          <w:szCs w:val="32"/>
        </w:rPr>
      </w:pPr>
      <w:r w:rsidRPr="008B5ACE">
        <w:rPr>
          <w:sz w:val="32"/>
          <w:szCs w:val="32"/>
        </w:rPr>
        <w:t>Material Gráfico</w:t>
      </w:r>
    </w:p>
    <w:p w14:paraId="75B3BD7C" w14:textId="77777777" w:rsidR="00345637" w:rsidRDefault="008B5ACE" w:rsidP="00345637">
      <w:pPr>
        <w:spacing w:after="0" w:line="240" w:lineRule="auto"/>
        <w:ind w:right="-1800"/>
        <w:rPr>
          <w:b/>
        </w:rPr>
      </w:pPr>
      <w:r>
        <w:rPr>
          <w:b/>
        </w:rPr>
        <w:t>Indique cantidad requerida y/o necesaria.</w:t>
      </w:r>
    </w:p>
    <w:p w14:paraId="0A9E023B" w14:textId="776EEE2A" w:rsidR="008B5ACE" w:rsidRPr="004F71EE" w:rsidRDefault="008B5ACE" w:rsidP="00345637">
      <w:pPr>
        <w:spacing w:after="0" w:line="240" w:lineRule="auto"/>
        <w:ind w:right="-1800"/>
        <w:rPr>
          <w:b/>
        </w:rPr>
      </w:pPr>
      <w:r>
        <w:rPr>
          <w:b/>
        </w:rPr>
        <w:t>Máximo 100 folletos por profesional.</w:t>
      </w:r>
    </w:p>
    <w:p w14:paraId="40382D21" w14:textId="59CA19FC" w:rsidR="00BC1AE0" w:rsidRPr="007A4120" w:rsidRDefault="00AB49B7">
      <w:pPr>
        <w:rPr>
          <w:b/>
          <w:u w:val="single"/>
        </w:rPr>
      </w:pPr>
      <w:r w:rsidRPr="007A4120">
        <w:rPr>
          <w:b/>
          <w:u w:val="single"/>
        </w:rPr>
        <w:t>Folletos:</w:t>
      </w:r>
    </w:p>
    <w:p w14:paraId="4628111F" w14:textId="04B68893" w:rsidR="00BC1AE0" w:rsidRPr="007A4120" w:rsidRDefault="008B5ACE">
      <w:r>
        <w:t xml:space="preserve">________  </w:t>
      </w:r>
      <w:r w:rsidR="00AB49B7" w:rsidRPr="007A4120">
        <w:t>Salud de tu boca</w:t>
      </w:r>
      <w:r>
        <w:t>.</w:t>
      </w:r>
    </w:p>
    <w:p w14:paraId="0A25ACB4" w14:textId="43FD32BF" w:rsidR="00BC1AE0" w:rsidRPr="007A4120" w:rsidRDefault="008B5ACE" w:rsidP="008B5ACE">
      <w:pPr>
        <w:ind w:right="-1569"/>
      </w:pPr>
      <w:r>
        <w:t xml:space="preserve">________  </w:t>
      </w:r>
      <w:r w:rsidR="00AB49B7" w:rsidRPr="007A4120">
        <w:t>Protectores bucales y traumatismos</w:t>
      </w:r>
    </w:p>
    <w:p w14:paraId="625F3215" w14:textId="7AD389B6" w:rsidR="00BC1AE0" w:rsidRPr="007A4120" w:rsidRDefault="008B5ACE">
      <w:r>
        <w:t xml:space="preserve">________  </w:t>
      </w:r>
      <w:r w:rsidR="00AB49B7" w:rsidRPr="007A4120">
        <w:t>Mamá y bebé saludable</w:t>
      </w:r>
    </w:p>
    <w:p w14:paraId="79112E69" w14:textId="45126947" w:rsidR="00BC1AE0" w:rsidRPr="007A4120" w:rsidRDefault="008B5ACE" w:rsidP="008B5ACE">
      <w:pPr>
        <w:ind w:right="-1427"/>
      </w:pPr>
      <w:r>
        <w:t xml:space="preserve">________  </w:t>
      </w:r>
      <w:r w:rsidR="00AB49B7" w:rsidRPr="007A4120">
        <w:t>Evitá infecciones de transmisión sexual</w:t>
      </w:r>
    </w:p>
    <w:p w14:paraId="232E69BB" w14:textId="01DD93A5" w:rsidR="00BC1AE0" w:rsidRPr="007A4120" w:rsidRDefault="008B5ACE">
      <w:r>
        <w:t xml:space="preserve">________  </w:t>
      </w:r>
      <w:r w:rsidR="00AB49B7" w:rsidRPr="007A4120">
        <w:t>Cáncer bucal</w:t>
      </w:r>
    </w:p>
    <w:p w14:paraId="469B00E0" w14:textId="3E578A93" w:rsidR="00BC1AE0" w:rsidRPr="007A4120" w:rsidRDefault="008B5ACE">
      <w:r>
        <w:t xml:space="preserve">________  </w:t>
      </w:r>
      <w:r w:rsidR="00AB49B7" w:rsidRPr="007A4120">
        <w:t>Piercing</w:t>
      </w:r>
    </w:p>
    <w:p w14:paraId="0CB19511" w14:textId="77777777" w:rsidR="008B5ACE" w:rsidRDefault="00AB49B7">
      <w:pPr>
        <w:rPr>
          <w:b/>
          <w:u w:val="single"/>
        </w:rPr>
      </w:pPr>
      <w:r w:rsidRPr="007A4120">
        <w:rPr>
          <w:b/>
          <w:u w:val="single"/>
        </w:rPr>
        <w:t>Afiches:</w:t>
      </w:r>
    </w:p>
    <w:p w14:paraId="3F7DF805" w14:textId="56B7B47B" w:rsidR="00BC1AE0" w:rsidRPr="008B5ACE" w:rsidRDefault="0059081E">
      <w:pPr>
        <w:rPr>
          <w:b/>
          <w:u w:val="single"/>
        </w:rPr>
      </w:pPr>
      <w:r>
        <w:t xml:space="preserve">________ </w:t>
      </w:r>
      <w:r w:rsidR="00AB49B7" w:rsidRPr="007A4120">
        <w:t>Salud de tu boca</w:t>
      </w:r>
    </w:p>
    <w:p w14:paraId="5EA0B8EC" w14:textId="206D52E4" w:rsidR="00BC1AE0" w:rsidRPr="007A4120" w:rsidRDefault="0059081E">
      <w:r>
        <w:t xml:space="preserve">________ </w:t>
      </w:r>
      <w:r w:rsidR="00AB49B7" w:rsidRPr="007A4120">
        <w:t>Traumatismos dentales</w:t>
      </w:r>
    </w:p>
    <w:p w14:paraId="56E31F28" w14:textId="4CB144A2" w:rsidR="00BC1AE0" w:rsidRPr="007A4120" w:rsidRDefault="0059081E">
      <w:r>
        <w:t xml:space="preserve">________ </w:t>
      </w:r>
      <w:r w:rsidR="00AB49B7" w:rsidRPr="007A4120">
        <w:t>Protectores dentales</w:t>
      </w:r>
    </w:p>
    <w:p w14:paraId="622F312C" w14:textId="4C72FFB9" w:rsidR="00BC1AE0" w:rsidRPr="007A4120" w:rsidRDefault="0059081E">
      <w:r>
        <w:t xml:space="preserve">________ </w:t>
      </w:r>
      <w:r w:rsidR="00AB49B7" w:rsidRPr="007A4120">
        <w:t>Mamá y bebé saludable</w:t>
      </w:r>
    </w:p>
    <w:p w14:paraId="477E578D" w14:textId="77777777" w:rsidR="00BC1AE0" w:rsidRPr="007A4120" w:rsidRDefault="00AB49B7">
      <w:pPr>
        <w:rPr>
          <w:b/>
          <w:u w:val="single"/>
        </w:rPr>
      </w:pPr>
      <w:r w:rsidRPr="007A4120">
        <w:rPr>
          <w:b/>
          <w:u w:val="single"/>
        </w:rPr>
        <w:t>Banners:</w:t>
      </w:r>
    </w:p>
    <w:p w14:paraId="54F18BA5" w14:textId="77777777" w:rsidR="00BC1AE0" w:rsidRPr="007A4120" w:rsidRDefault="00AB49B7">
      <w:r w:rsidRPr="007A4120">
        <w:t>☐ Traumatismo</w:t>
      </w:r>
    </w:p>
    <w:p w14:paraId="51872776" w14:textId="77777777" w:rsidR="00BC1AE0" w:rsidRPr="007A4120" w:rsidRDefault="00AB49B7">
      <w:r w:rsidRPr="007A4120">
        <w:t>☐ Protectores bucales</w:t>
      </w:r>
    </w:p>
    <w:p w14:paraId="4901B0A2" w14:textId="77777777" w:rsidR="00BC1AE0" w:rsidRPr="007A4120" w:rsidRDefault="00AB49B7">
      <w:r w:rsidRPr="007A4120">
        <w:t>☐ Piercing</w:t>
      </w:r>
    </w:p>
    <w:p w14:paraId="60E21DBA" w14:textId="77777777" w:rsidR="00BC1AE0" w:rsidRPr="007A4120" w:rsidRDefault="00AB49B7">
      <w:r w:rsidRPr="007A4120">
        <w:t>☐ ITS</w:t>
      </w:r>
    </w:p>
    <w:p w14:paraId="5D9B5178" w14:textId="77777777" w:rsidR="00BC1AE0" w:rsidRPr="007A4120" w:rsidRDefault="00AB49B7">
      <w:r w:rsidRPr="007A4120">
        <w:t>☐ Cáncer</w:t>
      </w:r>
    </w:p>
    <w:p w14:paraId="2A914DD3" w14:textId="77777777" w:rsidR="00BC1AE0" w:rsidRPr="007A4120" w:rsidRDefault="00AB49B7">
      <w:r w:rsidRPr="007A4120">
        <w:t>☐ Cáncer bucal 1: Factores de riesgo</w:t>
      </w:r>
    </w:p>
    <w:p w14:paraId="23635A57" w14:textId="77777777" w:rsidR="00BC1AE0" w:rsidRPr="007A4120" w:rsidRDefault="00AB49B7">
      <w:r w:rsidRPr="007A4120">
        <w:t>☐ Cáncer bucal 2: Autoexamen</w:t>
      </w:r>
    </w:p>
    <w:p w14:paraId="358D8868" w14:textId="77777777" w:rsidR="00BC1AE0" w:rsidRPr="007A4120" w:rsidRDefault="00AB49B7">
      <w:r w:rsidRPr="007A4120">
        <w:t>☐ Colegio Odontológico</w:t>
      </w:r>
    </w:p>
    <w:p w14:paraId="06C7A47F" w14:textId="77777777" w:rsidR="000C0C7C" w:rsidRDefault="000C0C7C">
      <w:pPr>
        <w:pStyle w:val="Ttulo2"/>
        <w:rPr>
          <w:sz w:val="22"/>
          <w:szCs w:val="22"/>
        </w:rPr>
      </w:pPr>
    </w:p>
    <w:p w14:paraId="1CC5AF2B" w14:textId="77777777" w:rsidR="000C0C7C" w:rsidRPr="000C0C7C" w:rsidRDefault="000C0C7C" w:rsidP="000C0C7C"/>
    <w:p w14:paraId="0D439A30" w14:textId="77777777" w:rsidR="000C0C7C" w:rsidRDefault="000C0C7C">
      <w:pPr>
        <w:pStyle w:val="Ttulo2"/>
        <w:rPr>
          <w:sz w:val="22"/>
          <w:szCs w:val="22"/>
        </w:rPr>
      </w:pPr>
    </w:p>
    <w:p w14:paraId="45C9B38C" w14:textId="4F8EE583" w:rsidR="00BC1AE0" w:rsidRDefault="00AB49B7">
      <w:pPr>
        <w:pStyle w:val="Ttulo2"/>
        <w:rPr>
          <w:sz w:val="36"/>
          <w:szCs w:val="36"/>
        </w:rPr>
      </w:pPr>
      <w:r w:rsidRPr="000C0C7C">
        <w:rPr>
          <w:sz w:val="36"/>
          <w:szCs w:val="36"/>
        </w:rPr>
        <w:t>Libros</w:t>
      </w:r>
    </w:p>
    <w:p w14:paraId="65F9CC90" w14:textId="77777777" w:rsidR="00BC1AE0" w:rsidRPr="007A4120" w:rsidRDefault="00AB49B7">
      <w:r w:rsidRPr="007A4120">
        <w:t>☐ Manuela que muela</w:t>
      </w:r>
    </w:p>
    <w:p w14:paraId="3B298DD3" w14:textId="77777777" w:rsidR="00BC1AE0" w:rsidRPr="007A4120" w:rsidRDefault="00AB49B7">
      <w:r w:rsidRPr="007A4120">
        <w:t>☐ El cuidador de dientes</w:t>
      </w:r>
    </w:p>
    <w:p w14:paraId="4432A581" w14:textId="77777777" w:rsidR="00BC1AE0" w:rsidRPr="007A4120" w:rsidRDefault="00AB49B7">
      <w:r w:rsidRPr="007A4120">
        <w:t>☐ Federico se cepilla los dientes</w:t>
      </w:r>
    </w:p>
    <w:p w14:paraId="66041523" w14:textId="77777777" w:rsidR="00BC1AE0" w:rsidRPr="007A4120" w:rsidRDefault="00AB49B7">
      <w:r w:rsidRPr="007A4120">
        <w:t>☐ Alejo, diente de conejo</w:t>
      </w:r>
    </w:p>
    <w:p w14:paraId="45ABC04C" w14:textId="77777777" w:rsidR="00BC1AE0" w:rsidRPr="007A4120" w:rsidRDefault="00AB49B7">
      <w:r w:rsidRPr="007A4120">
        <w:t>☐ Serafín deja el biberón</w:t>
      </w:r>
    </w:p>
    <w:p w14:paraId="68FD029E" w14:textId="77777777" w:rsidR="00BC1AE0" w:rsidRPr="007A4120" w:rsidRDefault="00AB49B7">
      <w:r w:rsidRPr="007A4120">
        <w:t>☐ A lavarse los dientes</w:t>
      </w:r>
    </w:p>
    <w:p w14:paraId="4D5A4D86" w14:textId="77777777" w:rsidR="00BC1AE0" w:rsidRPr="007A4120" w:rsidRDefault="00AB49B7">
      <w:r w:rsidRPr="007A4120">
        <w:t>☐ Los habitantes</w:t>
      </w:r>
    </w:p>
    <w:p w14:paraId="1C5CFDA0" w14:textId="77777777" w:rsidR="00BC1AE0" w:rsidRPr="007A4120" w:rsidRDefault="00AB49B7">
      <w:r w:rsidRPr="007A4120">
        <w:t>☐ Pipo deja el chupete</w:t>
      </w:r>
    </w:p>
    <w:p w14:paraId="367AA4D7" w14:textId="77777777" w:rsidR="00BC1AE0" w:rsidRPr="007A4120" w:rsidRDefault="00AB49B7">
      <w:r w:rsidRPr="007A4120">
        <w:t>☐ Lola cepilla sus dientes</w:t>
      </w:r>
    </w:p>
    <w:p w14:paraId="1A128B0C" w14:textId="77777777" w:rsidR="00BC1AE0" w:rsidRPr="007A4120" w:rsidRDefault="00AB49B7">
      <w:r w:rsidRPr="007A4120">
        <w:t>☐ A comer</w:t>
      </w:r>
    </w:p>
    <w:p w14:paraId="546D1503" w14:textId="77777777" w:rsidR="00BC1AE0" w:rsidRPr="007A4120" w:rsidRDefault="00AB49B7">
      <w:r w:rsidRPr="007A4120">
        <w:t>☐ Dientes bestiales</w:t>
      </w:r>
    </w:p>
    <w:p w14:paraId="77CC0321" w14:textId="77777777" w:rsidR="00BC1AE0" w:rsidRPr="007A4120" w:rsidRDefault="00AB49B7">
      <w:r w:rsidRPr="007A4120">
        <w:t>☐ La mochila del Ratón Pérez</w:t>
      </w:r>
    </w:p>
    <w:p w14:paraId="68A11088" w14:textId="77777777" w:rsidR="007C2848" w:rsidRPr="007A4120" w:rsidRDefault="00AB49B7" w:rsidP="007C2848">
      <w:pPr>
        <w:jc w:val="center"/>
        <w:rPr>
          <w:b/>
        </w:rPr>
      </w:pPr>
      <w:r w:rsidRPr="007A4120">
        <w:br/>
      </w:r>
    </w:p>
    <w:p w14:paraId="060421E1" w14:textId="77777777" w:rsidR="007C2848" w:rsidRPr="007A4120" w:rsidRDefault="007C2848" w:rsidP="007C2848">
      <w:pPr>
        <w:jc w:val="center"/>
        <w:rPr>
          <w:b/>
        </w:rPr>
      </w:pPr>
    </w:p>
    <w:p w14:paraId="67945A80" w14:textId="4B27DCB1" w:rsidR="007C2848" w:rsidRPr="007A4120" w:rsidRDefault="007C2848" w:rsidP="007C2848">
      <w:pPr>
        <w:jc w:val="center"/>
      </w:pPr>
      <w:r w:rsidRPr="007A4120">
        <w:t>......................................................................................</w:t>
      </w:r>
    </w:p>
    <w:p w14:paraId="4160CF52" w14:textId="2CE02067" w:rsidR="00BC1AE0" w:rsidRPr="007A4120" w:rsidRDefault="007C2848" w:rsidP="007C2848">
      <w:pPr>
        <w:jc w:val="center"/>
        <w:rPr>
          <w:b/>
        </w:rPr>
      </w:pPr>
      <w:r w:rsidRPr="007A4120">
        <w:rPr>
          <w:b/>
        </w:rPr>
        <w:t xml:space="preserve">Firma y </w:t>
      </w:r>
      <w:r w:rsidR="007A4120" w:rsidRPr="007A4120">
        <w:rPr>
          <w:b/>
        </w:rPr>
        <w:t>DNI</w:t>
      </w:r>
      <w:r w:rsidRPr="007A4120">
        <w:rPr>
          <w:b/>
        </w:rPr>
        <w:t xml:space="preserve"> del profesional</w:t>
      </w:r>
    </w:p>
    <w:sectPr w:rsidR="00BC1AE0" w:rsidRPr="007A4120" w:rsidSect="008B5ACE">
      <w:headerReference w:type="default" r:id="rId9"/>
      <w:footerReference w:type="default" r:id="rId10"/>
      <w:pgSz w:w="12240" w:h="15840" w:code="1"/>
      <w:pgMar w:top="1440" w:right="1800" w:bottom="1440" w:left="180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F7ED9" w14:textId="77777777" w:rsidR="00C912E3" w:rsidRDefault="00C912E3" w:rsidP="008636E6">
      <w:pPr>
        <w:spacing w:after="0" w:line="240" w:lineRule="auto"/>
      </w:pPr>
      <w:r>
        <w:separator/>
      </w:r>
    </w:p>
  </w:endnote>
  <w:endnote w:type="continuationSeparator" w:id="0">
    <w:p w14:paraId="6DC71B4A" w14:textId="77777777" w:rsidR="00C912E3" w:rsidRDefault="00C912E3" w:rsidP="00863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B2A31" w14:textId="77777777" w:rsidR="008636E6" w:rsidRDefault="008636E6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56656CD2" wp14:editId="0C0C9A0C">
          <wp:simplePos x="0" y="0"/>
          <wp:positionH relativeFrom="column">
            <wp:posOffset>-1152148</wp:posOffset>
          </wp:positionH>
          <wp:positionV relativeFrom="paragraph">
            <wp:posOffset>-1703070</wp:posOffset>
          </wp:positionV>
          <wp:extent cx="7779644" cy="2318385"/>
          <wp:effectExtent l="0" t="0" r="0" b="5715"/>
          <wp:wrapNone/>
          <wp:docPr id="5" name="Imagen 5" descr="MEMBRETE A4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EMBRETE A4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4311" cy="232275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FE4B6" w14:textId="77777777" w:rsidR="00C912E3" w:rsidRDefault="00C912E3" w:rsidP="008636E6">
      <w:pPr>
        <w:spacing w:after="0" w:line="240" w:lineRule="auto"/>
      </w:pPr>
      <w:r>
        <w:separator/>
      </w:r>
    </w:p>
  </w:footnote>
  <w:footnote w:type="continuationSeparator" w:id="0">
    <w:p w14:paraId="27A0FF53" w14:textId="77777777" w:rsidR="00C912E3" w:rsidRDefault="00C912E3" w:rsidP="008636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7EA25" w14:textId="77777777" w:rsidR="008636E6" w:rsidRDefault="008636E6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1" locked="0" layoutInCell="1" allowOverlap="1" wp14:anchorId="0BEBAC9A" wp14:editId="6B494F42">
          <wp:simplePos x="0" y="0"/>
          <wp:positionH relativeFrom="column">
            <wp:posOffset>0</wp:posOffset>
          </wp:positionH>
          <wp:positionV relativeFrom="paragraph">
            <wp:posOffset>-20574000</wp:posOffset>
          </wp:positionV>
          <wp:extent cx="7549515" cy="2249805"/>
          <wp:effectExtent l="0" t="0" r="0" b="0"/>
          <wp:wrapNone/>
          <wp:docPr id="4" name="Imagen 4" descr="MEMBRETE A4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EMBRETE A4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2249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w:drawing>
        <wp:anchor distT="0" distB="0" distL="114300" distR="114300" simplePos="0" relativeHeight="251656192" behindDoc="1" locked="0" layoutInCell="1" allowOverlap="1" wp14:anchorId="76728378" wp14:editId="222A9366">
          <wp:simplePos x="0" y="0"/>
          <wp:positionH relativeFrom="column">
            <wp:posOffset>-1127760</wp:posOffset>
          </wp:positionH>
          <wp:positionV relativeFrom="paragraph">
            <wp:posOffset>-449580</wp:posOffset>
          </wp:positionV>
          <wp:extent cx="7757088" cy="2202180"/>
          <wp:effectExtent l="0" t="0" r="0" b="7620"/>
          <wp:wrapNone/>
          <wp:docPr id="1" name="Imagen 1" descr="MEMBRETE A4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BRETE A4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4391" cy="22042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86242852">
    <w:abstractNumId w:val="8"/>
  </w:num>
  <w:num w:numId="2" w16cid:durableId="1832333744">
    <w:abstractNumId w:val="6"/>
  </w:num>
  <w:num w:numId="3" w16cid:durableId="2143113934">
    <w:abstractNumId w:val="5"/>
  </w:num>
  <w:num w:numId="4" w16cid:durableId="255018535">
    <w:abstractNumId w:val="4"/>
  </w:num>
  <w:num w:numId="5" w16cid:durableId="126704922">
    <w:abstractNumId w:val="7"/>
  </w:num>
  <w:num w:numId="6" w16cid:durableId="1767968185">
    <w:abstractNumId w:val="3"/>
  </w:num>
  <w:num w:numId="7" w16cid:durableId="1137068955">
    <w:abstractNumId w:val="2"/>
  </w:num>
  <w:num w:numId="8" w16cid:durableId="2011904998">
    <w:abstractNumId w:val="1"/>
  </w:num>
  <w:num w:numId="9" w16cid:durableId="886526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6236A"/>
    <w:rsid w:val="00097069"/>
    <w:rsid w:val="000C0C7C"/>
    <w:rsid w:val="000E1525"/>
    <w:rsid w:val="0015074B"/>
    <w:rsid w:val="0016326F"/>
    <w:rsid w:val="0029639D"/>
    <w:rsid w:val="00326F90"/>
    <w:rsid w:val="00345637"/>
    <w:rsid w:val="004F71EE"/>
    <w:rsid w:val="0059081E"/>
    <w:rsid w:val="006272B4"/>
    <w:rsid w:val="007201C0"/>
    <w:rsid w:val="007A4120"/>
    <w:rsid w:val="007C2848"/>
    <w:rsid w:val="007D35F2"/>
    <w:rsid w:val="008636E6"/>
    <w:rsid w:val="008B5ACE"/>
    <w:rsid w:val="00AA1D8D"/>
    <w:rsid w:val="00AB49B7"/>
    <w:rsid w:val="00B47730"/>
    <w:rsid w:val="00BC1AE0"/>
    <w:rsid w:val="00BE3A2D"/>
    <w:rsid w:val="00C628DC"/>
    <w:rsid w:val="00C912E3"/>
    <w:rsid w:val="00CB0664"/>
    <w:rsid w:val="00D02E7F"/>
    <w:rsid w:val="00F25D30"/>
    <w:rsid w:val="00FC693F"/>
    <w:rsid w:val="00FE2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F94666"/>
  <w14:defaultImageDpi w14:val="300"/>
  <w15:docId w15:val="{BC7999A7-E276-4EE4-9675-266B62003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vnculo">
    <w:name w:val="Hyperlink"/>
    <w:basedOn w:val="Fuentedeprrafopredeter"/>
    <w:uiPriority w:val="99"/>
    <w:unhideWhenUsed/>
    <w:rsid w:val="0034563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456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cioncomunitaria@colodontcba.org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B4FA29-44B4-4A3B-A476-1C993C11E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532</Words>
  <Characters>2931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3457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CX</cp:lastModifiedBy>
  <cp:revision>15</cp:revision>
  <cp:lastPrinted>2025-07-16T14:12:00Z</cp:lastPrinted>
  <dcterms:created xsi:type="dcterms:W3CDTF">2013-12-23T23:15:00Z</dcterms:created>
  <dcterms:modified xsi:type="dcterms:W3CDTF">2025-07-16T14:26:00Z</dcterms:modified>
  <cp:category/>
</cp:coreProperties>
</file>